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82"/>
        <w:gridCol w:w="7682"/>
      </w:tblGrid>
      <w:tr w:rsidR="003C3A75" w:rsidRPr="007458C6" w14:paraId="4F70F399" w14:textId="77777777"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E612B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noProof/>
                <w:lang w:val="nb-NO"/>
              </w:rPr>
              <w:drawing>
                <wp:inline distT="0" distB="0" distL="0" distR="0" wp14:anchorId="165D12EE" wp14:editId="0BABE638">
                  <wp:extent cx="1548000" cy="35382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eed16e5906bcd7dd68f7651be986256739335d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000" cy="353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2870A" w14:textId="77777777" w:rsidR="003C3A75" w:rsidRPr="00D24801" w:rsidRDefault="00000000">
            <w:pPr>
              <w:spacing w:after="0"/>
              <w:jc w:val="right"/>
              <w:rPr>
                <w:lang w:val="nb-NO"/>
              </w:rPr>
            </w:pPr>
            <w:r w:rsidRPr="00D24801">
              <w:rPr>
                <w:b/>
                <w:color w:val="1A1A1A"/>
                <w:sz w:val="40"/>
                <w:lang w:val="nb-NO"/>
              </w:rPr>
              <w:t>Sikker jobbanalyse (SJA)</w:t>
            </w:r>
          </w:p>
          <w:p w14:paraId="0D534B00" w14:textId="77777777" w:rsidR="003C3A75" w:rsidRPr="00D24801" w:rsidRDefault="00000000">
            <w:pPr>
              <w:spacing w:after="0"/>
              <w:jc w:val="right"/>
              <w:rPr>
                <w:lang w:val="nb-NO"/>
              </w:rPr>
            </w:pPr>
            <w:r w:rsidRPr="00D24801">
              <w:rPr>
                <w:color w:val="6B6B6B"/>
                <w:sz w:val="22"/>
                <w:lang w:val="nb-NO"/>
              </w:rPr>
              <w:t>Mal / skjema</w:t>
            </w:r>
          </w:p>
        </w:tc>
      </w:tr>
    </w:tbl>
    <w:p w14:paraId="3B3E220E" w14:textId="77777777" w:rsidR="003C3A75" w:rsidRPr="00D24801" w:rsidRDefault="003C3A75">
      <w:pPr>
        <w:pBdr>
          <w:bottom w:val="single" w:sz="18" w:space="1" w:color="F5C518"/>
        </w:pBdr>
        <w:spacing w:before="80" w:after="120"/>
        <w:rPr>
          <w:lang w:val="nb-NO"/>
        </w:rPr>
      </w:pPr>
    </w:p>
    <w:p w14:paraId="59AD3506" w14:textId="77777777" w:rsidR="003C3A75" w:rsidRPr="00D24801" w:rsidRDefault="00000000">
      <w:pPr>
        <w:spacing w:after="100"/>
        <w:rPr>
          <w:lang w:val="nb-NO"/>
        </w:rPr>
      </w:pPr>
      <w:r w:rsidRPr="00D24801">
        <w:rPr>
          <w:i/>
          <w:color w:val="6B6B6B"/>
          <w:sz w:val="18"/>
          <w:lang w:val="nb-NO"/>
        </w:rPr>
        <w:t>Fyll ut informasjonen om jobben, bryt arbeidet ned i trinn, og vurder farer og tiltak for hvert trinn. Mennesket har alltid siste ord.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381"/>
        <w:gridCol w:w="5443"/>
        <w:gridCol w:w="2381"/>
        <w:gridCol w:w="5159"/>
      </w:tblGrid>
      <w:tr w:rsidR="003C3A75" w:rsidRPr="00D24801" w14:paraId="65F2D942" w14:textId="77777777">
        <w:trPr>
          <w:trHeight w:val="386"/>
        </w:trPr>
        <w:tc>
          <w:tcPr>
            <w:tcW w:w="2381" w:type="dxa"/>
            <w:shd w:val="clear" w:color="auto" w:fill="F5F5F0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D7FB06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1A1A1A"/>
                <w:sz w:val="18"/>
                <w:lang w:val="nb-NO"/>
              </w:rPr>
              <w:t>Virksomhet</w:t>
            </w:r>
          </w:p>
        </w:tc>
        <w:tc>
          <w:tcPr>
            <w:tcW w:w="54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C5F8D5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2381" w:type="dxa"/>
            <w:shd w:val="clear" w:color="auto" w:fill="F5F5F0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E7F38B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1A1A1A"/>
                <w:sz w:val="18"/>
                <w:lang w:val="nb-NO"/>
              </w:rPr>
              <w:t>Dato</w:t>
            </w:r>
          </w:p>
        </w:tc>
        <w:tc>
          <w:tcPr>
            <w:tcW w:w="515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77187B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6378E615" w14:textId="77777777">
        <w:trPr>
          <w:trHeight w:val="386"/>
        </w:trPr>
        <w:tc>
          <w:tcPr>
            <w:tcW w:w="2381" w:type="dxa"/>
            <w:shd w:val="clear" w:color="auto" w:fill="F5F5F0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85AA1F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1A1A1A"/>
                <w:sz w:val="18"/>
                <w:lang w:val="nb-NO"/>
              </w:rPr>
              <w:t>Prosjekt / oppdrag</w:t>
            </w:r>
          </w:p>
        </w:tc>
        <w:tc>
          <w:tcPr>
            <w:tcW w:w="54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DC2561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2381" w:type="dxa"/>
            <w:shd w:val="clear" w:color="auto" w:fill="F5F5F0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92C3F8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1A1A1A"/>
                <w:sz w:val="18"/>
                <w:lang w:val="nb-NO"/>
              </w:rPr>
              <w:t>Ansvarlig leder</w:t>
            </w:r>
          </w:p>
        </w:tc>
        <w:tc>
          <w:tcPr>
            <w:tcW w:w="515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74D0BD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40853351" w14:textId="77777777">
        <w:trPr>
          <w:trHeight w:val="386"/>
        </w:trPr>
        <w:tc>
          <w:tcPr>
            <w:tcW w:w="2381" w:type="dxa"/>
            <w:shd w:val="clear" w:color="auto" w:fill="F5F5F0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1FA48C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1A1A1A"/>
                <w:sz w:val="18"/>
                <w:lang w:val="nb-NO"/>
              </w:rPr>
              <w:t>Arbeidssted</w:t>
            </w:r>
          </w:p>
        </w:tc>
        <w:tc>
          <w:tcPr>
            <w:tcW w:w="544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F85E6F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2381" w:type="dxa"/>
            <w:shd w:val="clear" w:color="auto" w:fill="F5F5F0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4B9E6A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1A1A1A"/>
                <w:sz w:val="18"/>
                <w:lang w:val="nb-NO"/>
              </w:rPr>
              <w:t>Deltakere</w:t>
            </w:r>
          </w:p>
        </w:tc>
        <w:tc>
          <w:tcPr>
            <w:tcW w:w="515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093D66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4C0ADC91" w14:textId="77777777">
        <w:trPr>
          <w:trHeight w:val="386"/>
        </w:trPr>
        <w:tc>
          <w:tcPr>
            <w:tcW w:w="2381" w:type="dxa"/>
            <w:shd w:val="clear" w:color="auto" w:fill="F5F5F0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0E8C48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1A1A1A"/>
                <w:sz w:val="18"/>
                <w:lang w:val="nb-NO"/>
              </w:rPr>
              <w:t>Beskrivelse av arbeidet</w:t>
            </w:r>
          </w:p>
        </w:tc>
        <w:tc>
          <w:tcPr>
            <w:tcW w:w="12983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28888A" w14:textId="77777777" w:rsidR="003C3A75" w:rsidRPr="00D24801" w:rsidRDefault="003C3A75">
            <w:pPr>
              <w:rPr>
                <w:lang w:val="nb-NO"/>
              </w:rPr>
            </w:pPr>
          </w:p>
        </w:tc>
      </w:tr>
    </w:tbl>
    <w:p w14:paraId="57BC76A0" w14:textId="77777777" w:rsidR="003C3A75" w:rsidRPr="00D24801" w:rsidRDefault="003C3A75">
      <w:pPr>
        <w:spacing w:after="60"/>
        <w:rPr>
          <w:lang w:val="nb-NO"/>
        </w:rPr>
      </w:pPr>
    </w:p>
    <w:p w14:paraId="741FAAB1" w14:textId="77777777" w:rsidR="003C3A75" w:rsidRPr="00D24801" w:rsidRDefault="00000000">
      <w:pPr>
        <w:spacing w:after="40"/>
        <w:rPr>
          <w:lang w:val="nb-NO"/>
        </w:rPr>
      </w:pPr>
      <w:proofErr w:type="gramStart"/>
      <w:r w:rsidRPr="00D24801">
        <w:rPr>
          <w:b/>
          <w:color w:val="1A1A1A"/>
          <w:sz w:val="18"/>
          <w:lang w:val="nb-NO"/>
        </w:rPr>
        <w:t xml:space="preserve">Risikovurdering:  </w:t>
      </w:r>
      <w:r w:rsidRPr="00D24801">
        <w:rPr>
          <w:color w:val="6B6B6B"/>
          <w:sz w:val="18"/>
          <w:lang w:val="nb-NO"/>
        </w:rPr>
        <w:t>S</w:t>
      </w:r>
      <w:proofErr w:type="gramEnd"/>
      <w:r w:rsidRPr="00D24801">
        <w:rPr>
          <w:color w:val="6B6B6B"/>
          <w:sz w:val="18"/>
          <w:lang w:val="nb-NO"/>
        </w:rPr>
        <w:t xml:space="preserve"> = sannsynlighet (1–5) · K = konsekvens (1–5) · Risiko = S × K, klassifisert som Lav / Middels / Høy.</w:t>
      </w:r>
    </w:p>
    <w:p w14:paraId="7DE44EF2" w14:textId="77777777" w:rsidR="003C3A75" w:rsidRPr="00D24801" w:rsidRDefault="00000000">
      <w:pPr>
        <w:spacing w:after="120"/>
        <w:rPr>
          <w:lang w:val="nb-NO"/>
        </w:rPr>
      </w:pPr>
      <w:r w:rsidRPr="00D24801">
        <w:rPr>
          <w:i/>
          <w:color w:val="6B6B6B"/>
          <w:sz w:val="18"/>
          <w:lang w:val="nb-NO"/>
        </w:rPr>
        <w:t>Merk: en fare som kan føre til død eller svært alvorlig skade skal aldri vurderes som lav risiko, uansett sannsynlighet.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572"/>
        <w:gridCol w:w="3742"/>
        <w:gridCol w:w="510"/>
        <w:gridCol w:w="510"/>
        <w:gridCol w:w="1020"/>
        <w:gridCol w:w="2268"/>
      </w:tblGrid>
      <w:tr w:rsidR="003C3A75" w:rsidRPr="00D24801" w14:paraId="3B5E4292" w14:textId="77777777" w:rsidTr="00EC5DFD">
        <w:tc>
          <w:tcPr>
            <w:tcW w:w="567" w:type="dxa"/>
            <w:shd w:val="clear" w:color="auto" w:fill="1A1A1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B5837D" w14:textId="77777777" w:rsidR="003C3A75" w:rsidRPr="00D24801" w:rsidRDefault="00000000">
            <w:pPr>
              <w:jc w:val="center"/>
              <w:rPr>
                <w:lang w:val="nb-NO"/>
              </w:rPr>
            </w:pPr>
            <w:proofErr w:type="spellStart"/>
            <w:r w:rsidRPr="00D24801">
              <w:rPr>
                <w:b/>
                <w:color w:val="FFFFFF"/>
                <w:sz w:val="18"/>
                <w:lang w:val="nb-NO"/>
              </w:rPr>
              <w:t>Nr</w:t>
            </w:r>
            <w:proofErr w:type="spellEnd"/>
          </w:p>
        </w:tc>
        <w:tc>
          <w:tcPr>
            <w:tcW w:w="2835" w:type="dxa"/>
            <w:shd w:val="clear" w:color="auto" w:fill="1A1A1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8229B3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FFFFFF"/>
                <w:sz w:val="18"/>
                <w:lang w:val="nb-NO"/>
              </w:rPr>
              <w:t>Arbeidstrinn / aktivitet</w:t>
            </w:r>
          </w:p>
        </w:tc>
        <w:tc>
          <w:tcPr>
            <w:tcW w:w="3572" w:type="dxa"/>
            <w:shd w:val="clear" w:color="auto" w:fill="1A1A1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86A951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FFFFFF"/>
                <w:sz w:val="18"/>
                <w:lang w:val="nb-NO"/>
              </w:rPr>
              <w:t>Mulige farer</w:t>
            </w:r>
          </w:p>
        </w:tc>
        <w:tc>
          <w:tcPr>
            <w:tcW w:w="3742" w:type="dxa"/>
            <w:shd w:val="clear" w:color="auto" w:fill="1A1A1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1A7AD7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FFFFFF"/>
                <w:sz w:val="18"/>
                <w:lang w:val="nb-NO"/>
              </w:rPr>
              <w:t>Tiltak</w:t>
            </w:r>
          </w:p>
        </w:tc>
        <w:tc>
          <w:tcPr>
            <w:tcW w:w="510" w:type="dxa"/>
            <w:shd w:val="clear" w:color="auto" w:fill="1A1A1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77207" w14:textId="77777777" w:rsidR="003C3A75" w:rsidRPr="00D24801" w:rsidRDefault="00000000" w:rsidP="00EC5DFD">
            <w:pPr>
              <w:jc w:val="center"/>
              <w:rPr>
                <w:lang w:val="nb-NO"/>
              </w:rPr>
            </w:pPr>
            <w:r w:rsidRPr="00D24801">
              <w:rPr>
                <w:b/>
                <w:color w:val="FFFFFF"/>
                <w:sz w:val="18"/>
                <w:lang w:val="nb-NO"/>
              </w:rPr>
              <w:t>S</w:t>
            </w:r>
          </w:p>
        </w:tc>
        <w:tc>
          <w:tcPr>
            <w:tcW w:w="510" w:type="dxa"/>
            <w:shd w:val="clear" w:color="auto" w:fill="1A1A1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E7447" w14:textId="77777777" w:rsidR="003C3A75" w:rsidRPr="00D24801" w:rsidRDefault="00000000" w:rsidP="00EC5DFD">
            <w:pPr>
              <w:jc w:val="center"/>
              <w:rPr>
                <w:lang w:val="nb-NO"/>
              </w:rPr>
            </w:pPr>
            <w:r w:rsidRPr="00D24801">
              <w:rPr>
                <w:b/>
                <w:color w:val="FFFFFF"/>
                <w:sz w:val="18"/>
                <w:lang w:val="nb-NO"/>
              </w:rPr>
              <w:t>K</w:t>
            </w:r>
          </w:p>
        </w:tc>
        <w:tc>
          <w:tcPr>
            <w:tcW w:w="1020" w:type="dxa"/>
            <w:shd w:val="clear" w:color="auto" w:fill="1A1A1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8F7379" w14:textId="77777777" w:rsidR="003C3A75" w:rsidRPr="00D24801" w:rsidRDefault="00000000">
            <w:pPr>
              <w:jc w:val="center"/>
              <w:rPr>
                <w:lang w:val="nb-NO"/>
              </w:rPr>
            </w:pPr>
            <w:r w:rsidRPr="00D24801">
              <w:rPr>
                <w:b/>
                <w:color w:val="FFFFFF"/>
                <w:sz w:val="18"/>
                <w:lang w:val="nb-NO"/>
              </w:rPr>
              <w:t>Risiko</w:t>
            </w:r>
          </w:p>
        </w:tc>
        <w:tc>
          <w:tcPr>
            <w:tcW w:w="2268" w:type="dxa"/>
            <w:shd w:val="clear" w:color="auto" w:fill="1A1A1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4DE531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FFFFFF"/>
                <w:sz w:val="18"/>
                <w:lang w:val="nb-NO"/>
              </w:rPr>
              <w:t>Ansvarlig</w:t>
            </w:r>
          </w:p>
        </w:tc>
      </w:tr>
      <w:tr w:rsidR="003C3A75" w:rsidRPr="00D24801" w14:paraId="7E58035A" w14:textId="77777777" w:rsidTr="007458C6">
        <w:trPr>
          <w:trHeight w:hRule="exact" w:val="522"/>
        </w:trPr>
        <w:tc>
          <w:tcPr>
            <w:tcW w:w="567" w:type="dxa"/>
          </w:tcPr>
          <w:p w14:paraId="2A2CB69A" w14:textId="77777777" w:rsidR="003C3A75" w:rsidRPr="00D24801" w:rsidRDefault="00000000">
            <w:pPr>
              <w:jc w:val="center"/>
              <w:rPr>
                <w:lang w:val="nb-NO"/>
              </w:rPr>
            </w:pPr>
            <w:r w:rsidRPr="00D24801">
              <w:rPr>
                <w:color w:val="1A1A1A"/>
                <w:sz w:val="18"/>
                <w:lang w:val="nb-NO"/>
              </w:rPr>
              <w:t>1</w:t>
            </w:r>
          </w:p>
        </w:tc>
        <w:tc>
          <w:tcPr>
            <w:tcW w:w="28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660A70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57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AB3205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AAC0AA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DDAE0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B2A827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9C5C5" w14:textId="77777777" w:rsidR="003C3A75" w:rsidRPr="00D24801" w:rsidRDefault="003C3A75" w:rsidP="007458C6">
            <w:pPr>
              <w:jc w:val="center"/>
              <w:rPr>
                <w:lang w:val="nb-NO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54FC18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5DB200C5" w14:textId="77777777" w:rsidTr="007458C6">
        <w:trPr>
          <w:trHeight w:hRule="exact" w:val="522"/>
        </w:trPr>
        <w:tc>
          <w:tcPr>
            <w:tcW w:w="567" w:type="dxa"/>
          </w:tcPr>
          <w:p w14:paraId="11857D59" w14:textId="77777777" w:rsidR="003C3A75" w:rsidRPr="00D24801" w:rsidRDefault="00000000">
            <w:pPr>
              <w:jc w:val="center"/>
              <w:rPr>
                <w:lang w:val="nb-NO"/>
              </w:rPr>
            </w:pPr>
            <w:r w:rsidRPr="00D24801">
              <w:rPr>
                <w:color w:val="1A1A1A"/>
                <w:sz w:val="18"/>
                <w:lang w:val="nb-NO"/>
              </w:rPr>
              <w:t>2</w:t>
            </w:r>
          </w:p>
        </w:tc>
        <w:tc>
          <w:tcPr>
            <w:tcW w:w="28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26774E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57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BBB91C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B955D8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1EFDCF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BCCD6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DF107" w14:textId="77777777" w:rsidR="003C3A75" w:rsidRPr="00D24801" w:rsidRDefault="003C3A75" w:rsidP="007458C6">
            <w:pPr>
              <w:jc w:val="center"/>
              <w:rPr>
                <w:lang w:val="nb-NO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4477BB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2FD07FA0" w14:textId="77777777" w:rsidTr="007458C6">
        <w:trPr>
          <w:trHeight w:hRule="exact" w:val="522"/>
        </w:trPr>
        <w:tc>
          <w:tcPr>
            <w:tcW w:w="567" w:type="dxa"/>
          </w:tcPr>
          <w:p w14:paraId="10D47C7B" w14:textId="77777777" w:rsidR="003C3A75" w:rsidRPr="00D24801" w:rsidRDefault="00000000">
            <w:pPr>
              <w:jc w:val="center"/>
              <w:rPr>
                <w:lang w:val="nb-NO"/>
              </w:rPr>
            </w:pPr>
            <w:r w:rsidRPr="00D24801">
              <w:rPr>
                <w:color w:val="1A1A1A"/>
                <w:sz w:val="18"/>
                <w:lang w:val="nb-NO"/>
              </w:rPr>
              <w:t>3</w:t>
            </w:r>
          </w:p>
        </w:tc>
        <w:tc>
          <w:tcPr>
            <w:tcW w:w="28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B846A9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57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7BA247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0D5250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B9CB5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796D5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2435F" w14:textId="77777777" w:rsidR="003C3A75" w:rsidRPr="00D24801" w:rsidRDefault="003C3A75" w:rsidP="007458C6">
            <w:pPr>
              <w:jc w:val="center"/>
              <w:rPr>
                <w:lang w:val="nb-NO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1F4CC2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3498153C" w14:textId="77777777" w:rsidTr="007458C6">
        <w:trPr>
          <w:trHeight w:hRule="exact" w:val="522"/>
        </w:trPr>
        <w:tc>
          <w:tcPr>
            <w:tcW w:w="567" w:type="dxa"/>
          </w:tcPr>
          <w:p w14:paraId="6CBCEC19" w14:textId="77777777" w:rsidR="003C3A75" w:rsidRPr="00D24801" w:rsidRDefault="00000000">
            <w:pPr>
              <w:jc w:val="center"/>
              <w:rPr>
                <w:lang w:val="nb-NO"/>
              </w:rPr>
            </w:pPr>
            <w:r w:rsidRPr="00D24801">
              <w:rPr>
                <w:color w:val="1A1A1A"/>
                <w:sz w:val="18"/>
                <w:lang w:val="nb-NO"/>
              </w:rPr>
              <w:t>4</w:t>
            </w:r>
          </w:p>
        </w:tc>
        <w:tc>
          <w:tcPr>
            <w:tcW w:w="28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BA6628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57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EDD5BC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2D78E5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3BCBD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C6671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2D757" w14:textId="77777777" w:rsidR="003C3A75" w:rsidRPr="00D24801" w:rsidRDefault="003C3A75" w:rsidP="007458C6">
            <w:pPr>
              <w:jc w:val="center"/>
              <w:rPr>
                <w:lang w:val="nb-NO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ABF9B9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4AA10081" w14:textId="77777777" w:rsidTr="007458C6">
        <w:trPr>
          <w:trHeight w:hRule="exact" w:val="522"/>
        </w:trPr>
        <w:tc>
          <w:tcPr>
            <w:tcW w:w="567" w:type="dxa"/>
          </w:tcPr>
          <w:p w14:paraId="49736F45" w14:textId="77777777" w:rsidR="003C3A75" w:rsidRPr="00D24801" w:rsidRDefault="00000000">
            <w:pPr>
              <w:jc w:val="center"/>
              <w:rPr>
                <w:lang w:val="nb-NO"/>
              </w:rPr>
            </w:pPr>
            <w:r w:rsidRPr="00D24801">
              <w:rPr>
                <w:color w:val="1A1A1A"/>
                <w:sz w:val="18"/>
                <w:lang w:val="nb-NO"/>
              </w:rPr>
              <w:t>5</w:t>
            </w:r>
          </w:p>
        </w:tc>
        <w:tc>
          <w:tcPr>
            <w:tcW w:w="28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80870D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57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9E786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C3C56F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A37A5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B5ACC1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12CAD" w14:textId="77777777" w:rsidR="003C3A75" w:rsidRPr="00D24801" w:rsidRDefault="003C3A75" w:rsidP="007458C6">
            <w:pPr>
              <w:jc w:val="center"/>
              <w:rPr>
                <w:lang w:val="nb-NO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0BA40B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7FBA0182" w14:textId="77777777" w:rsidTr="007458C6">
        <w:trPr>
          <w:trHeight w:hRule="exact" w:val="522"/>
        </w:trPr>
        <w:tc>
          <w:tcPr>
            <w:tcW w:w="567" w:type="dxa"/>
          </w:tcPr>
          <w:p w14:paraId="1D9D2BC8" w14:textId="77777777" w:rsidR="003C3A75" w:rsidRPr="00D24801" w:rsidRDefault="00000000">
            <w:pPr>
              <w:jc w:val="center"/>
              <w:rPr>
                <w:lang w:val="nb-NO"/>
              </w:rPr>
            </w:pPr>
            <w:r w:rsidRPr="00D24801">
              <w:rPr>
                <w:color w:val="1A1A1A"/>
                <w:sz w:val="18"/>
                <w:lang w:val="nb-NO"/>
              </w:rPr>
              <w:t>6</w:t>
            </w:r>
          </w:p>
        </w:tc>
        <w:tc>
          <w:tcPr>
            <w:tcW w:w="28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A5661B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57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4AFA78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778D36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10C43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0304C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991CD" w14:textId="77777777" w:rsidR="003C3A75" w:rsidRPr="00D24801" w:rsidRDefault="003C3A75" w:rsidP="007458C6">
            <w:pPr>
              <w:jc w:val="center"/>
              <w:rPr>
                <w:lang w:val="nb-NO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DB362D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16C074D3" w14:textId="77777777" w:rsidTr="007458C6">
        <w:trPr>
          <w:trHeight w:hRule="exact" w:val="522"/>
        </w:trPr>
        <w:tc>
          <w:tcPr>
            <w:tcW w:w="567" w:type="dxa"/>
          </w:tcPr>
          <w:p w14:paraId="1DD8DC07" w14:textId="77777777" w:rsidR="003C3A75" w:rsidRPr="00D24801" w:rsidRDefault="00000000">
            <w:pPr>
              <w:jc w:val="center"/>
              <w:rPr>
                <w:lang w:val="nb-NO"/>
              </w:rPr>
            </w:pPr>
            <w:r w:rsidRPr="00D24801">
              <w:rPr>
                <w:color w:val="1A1A1A"/>
                <w:sz w:val="18"/>
                <w:lang w:val="nb-NO"/>
              </w:rPr>
              <w:t>7</w:t>
            </w:r>
          </w:p>
        </w:tc>
        <w:tc>
          <w:tcPr>
            <w:tcW w:w="28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7DBF81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57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286BDD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BED95F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5F46C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9E7DB8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9D54F" w14:textId="77777777" w:rsidR="003C3A75" w:rsidRPr="00D24801" w:rsidRDefault="003C3A75" w:rsidP="007458C6">
            <w:pPr>
              <w:jc w:val="center"/>
              <w:rPr>
                <w:lang w:val="nb-NO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890CE5" w14:textId="77777777" w:rsidR="003C3A75" w:rsidRPr="00D24801" w:rsidRDefault="003C3A75">
            <w:pPr>
              <w:rPr>
                <w:lang w:val="nb-NO"/>
              </w:rPr>
            </w:pPr>
          </w:p>
        </w:tc>
      </w:tr>
      <w:tr w:rsidR="003C3A75" w:rsidRPr="00D24801" w14:paraId="622B6C5D" w14:textId="77777777" w:rsidTr="007458C6">
        <w:trPr>
          <w:trHeight w:hRule="exact" w:val="522"/>
        </w:trPr>
        <w:tc>
          <w:tcPr>
            <w:tcW w:w="567" w:type="dxa"/>
          </w:tcPr>
          <w:p w14:paraId="704E8F00" w14:textId="77777777" w:rsidR="003C3A75" w:rsidRPr="00D24801" w:rsidRDefault="00000000">
            <w:pPr>
              <w:jc w:val="center"/>
              <w:rPr>
                <w:lang w:val="nb-NO"/>
              </w:rPr>
            </w:pPr>
            <w:r w:rsidRPr="00D24801">
              <w:rPr>
                <w:color w:val="1A1A1A"/>
                <w:sz w:val="18"/>
                <w:lang w:val="nb-NO"/>
              </w:rPr>
              <w:t>8</w:t>
            </w:r>
          </w:p>
        </w:tc>
        <w:tc>
          <w:tcPr>
            <w:tcW w:w="28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D0F6BA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57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95FDA2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30154F" w14:textId="77777777" w:rsidR="003C3A75" w:rsidRPr="00D24801" w:rsidRDefault="003C3A75">
            <w:pPr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E28ED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5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64F2E7" w14:textId="77777777" w:rsidR="003C3A75" w:rsidRPr="00D24801" w:rsidRDefault="003C3A75" w:rsidP="00EC5DFD">
            <w:pPr>
              <w:jc w:val="center"/>
              <w:rPr>
                <w:lang w:val="nb-NO"/>
              </w:rPr>
            </w:pPr>
          </w:p>
        </w:tc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7437D" w14:textId="77777777" w:rsidR="003C3A75" w:rsidRPr="00D24801" w:rsidRDefault="003C3A75" w:rsidP="007458C6">
            <w:pPr>
              <w:jc w:val="center"/>
              <w:rPr>
                <w:lang w:val="nb-NO"/>
              </w:rPr>
            </w:pPr>
          </w:p>
        </w:tc>
        <w:tc>
          <w:tcPr>
            <w:tcW w:w="226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74D566" w14:textId="77777777" w:rsidR="003C3A75" w:rsidRPr="00D24801" w:rsidRDefault="003C3A75">
            <w:pPr>
              <w:rPr>
                <w:lang w:val="nb-NO"/>
              </w:rPr>
            </w:pPr>
          </w:p>
        </w:tc>
      </w:tr>
    </w:tbl>
    <w:p w14:paraId="36E92279" w14:textId="77777777" w:rsidR="003C3A75" w:rsidRPr="00D24801" w:rsidRDefault="003C3A75">
      <w:pPr>
        <w:spacing w:after="100"/>
        <w:rPr>
          <w:lang w:val="nb-N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82"/>
        <w:gridCol w:w="7682"/>
      </w:tblGrid>
      <w:tr w:rsidR="003C3A75" w:rsidRPr="00D24801" w14:paraId="27C2491C" w14:textId="77777777"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28DC4B02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1A1A1A"/>
                <w:sz w:val="18"/>
                <w:lang w:val="nb-NO"/>
              </w:rPr>
              <w:t>Utført av (navn / signatur / dato):</w:t>
            </w:r>
          </w:p>
          <w:p w14:paraId="26365768" w14:textId="77777777" w:rsidR="003C3A75" w:rsidRPr="00D24801" w:rsidRDefault="00000000">
            <w:pPr>
              <w:spacing w:after="0"/>
              <w:rPr>
                <w:lang w:val="nb-NO"/>
              </w:rPr>
            </w:pPr>
            <w:r w:rsidRPr="00D24801">
              <w:rPr>
                <w:color w:val="6B6B6B"/>
                <w:lang w:val="nb-NO"/>
              </w:rPr>
              <w:br/>
              <w:t>_______________________________________________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0DC3F5CB" w14:textId="77777777" w:rsidR="003C3A75" w:rsidRPr="00D24801" w:rsidRDefault="00000000">
            <w:pPr>
              <w:rPr>
                <w:lang w:val="nb-NO"/>
              </w:rPr>
            </w:pPr>
            <w:r w:rsidRPr="00D24801">
              <w:rPr>
                <w:b/>
                <w:color w:val="1A1A1A"/>
                <w:sz w:val="18"/>
                <w:lang w:val="nb-NO"/>
              </w:rPr>
              <w:t>Godkjent av leder (navn / signatur / dato):</w:t>
            </w:r>
          </w:p>
          <w:p w14:paraId="31B92B63" w14:textId="77777777" w:rsidR="003C3A75" w:rsidRPr="00D24801" w:rsidRDefault="00000000">
            <w:pPr>
              <w:spacing w:after="0"/>
              <w:rPr>
                <w:lang w:val="nb-NO"/>
              </w:rPr>
            </w:pPr>
            <w:r w:rsidRPr="00D24801">
              <w:rPr>
                <w:color w:val="6B6B6B"/>
                <w:lang w:val="nb-NO"/>
              </w:rPr>
              <w:br/>
              <w:t>_______________________________________________</w:t>
            </w:r>
          </w:p>
        </w:tc>
      </w:tr>
    </w:tbl>
    <w:p w14:paraId="637B9056" w14:textId="77777777" w:rsidR="00696073" w:rsidRPr="00D24801" w:rsidRDefault="00696073">
      <w:pPr>
        <w:rPr>
          <w:lang w:val="nb-NO"/>
        </w:rPr>
      </w:pPr>
    </w:p>
    <w:sectPr w:rsidR="00696073" w:rsidRPr="00D24801" w:rsidSect="00034616">
      <w:pgSz w:w="16838" w:h="11906" w:orient="landscape"/>
      <w:pgMar w:top="624" w:right="737" w:bottom="567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11EB2" w14:textId="77777777" w:rsidR="005350C4" w:rsidRDefault="005350C4">
      <w:pPr>
        <w:spacing w:after="0" w:line="240" w:lineRule="auto"/>
      </w:pPr>
      <w:r>
        <w:separator/>
      </w:r>
    </w:p>
  </w:endnote>
  <w:endnote w:type="continuationSeparator" w:id="0">
    <w:p w14:paraId="178988E0" w14:textId="77777777" w:rsidR="005350C4" w:rsidRDefault="0053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3F7E" w14:textId="77777777" w:rsidR="005350C4" w:rsidRDefault="005350C4">
      <w:pPr>
        <w:spacing w:after="0" w:line="240" w:lineRule="auto"/>
      </w:pPr>
      <w:r>
        <w:separator/>
      </w:r>
    </w:p>
  </w:footnote>
  <w:footnote w:type="continuationSeparator" w:id="0">
    <w:p w14:paraId="75912647" w14:textId="77777777" w:rsidR="005350C4" w:rsidRDefault="00535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6464479">
    <w:abstractNumId w:val="8"/>
  </w:num>
  <w:num w:numId="2" w16cid:durableId="2012445403">
    <w:abstractNumId w:val="6"/>
  </w:num>
  <w:num w:numId="3" w16cid:durableId="2114666342">
    <w:abstractNumId w:val="5"/>
  </w:num>
  <w:num w:numId="4" w16cid:durableId="1436360063">
    <w:abstractNumId w:val="4"/>
  </w:num>
  <w:num w:numId="5" w16cid:durableId="1595506586">
    <w:abstractNumId w:val="7"/>
  </w:num>
  <w:num w:numId="6" w16cid:durableId="1016924478">
    <w:abstractNumId w:val="3"/>
  </w:num>
  <w:num w:numId="7" w16cid:durableId="466625816">
    <w:abstractNumId w:val="2"/>
  </w:num>
  <w:num w:numId="8" w16cid:durableId="1429961664">
    <w:abstractNumId w:val="1"/>
  </w:num>
  <w:num w:numId="9" w16cid:durableId="175554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7C84"/>
    <w:rsid w:val="003C3A75"/>
    <w:rsid w:val="005350C4"/>
    <w:rsid w:val="00692B2E"/>
    <w:rsid w:val="00696073"/>
    <w:rsid w:val="007458C6"/>
    <w:rsid w:val="00AA1D8D"/>
    <w:rsid w:val="00B47730"/>
    <w:rsid w:val="00C73D10"/>
    <w:rsid w:val="00CB0664"/>
    <w:rsid w:val="00D24801"/>
    <w:rsid w:val="00EC5D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338430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BDFDB0-7AC5-40DE-933F-56340B51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723</Characters>
  <Application>Microsoft Office Word</Application>
  <DocSecurity>0</DocSecurity>
  <Lines>6</Lines>
  <Paragraphs>1</Paragraphs>
  <ScaleCrop>false</ScaleCrop>
  <Manager/>
  <Company/>
  <LinksUpToDate>false</LinksUpToDate>
  <CharactersWithSpaces>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2026-06-28T20:02:00Z</dcterms:created>
  <dcterms:modified xsi:type="dcterms:W3CDTF">2026-06-28T20:02:00Z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05046c-7758-4c69-bef0-f1b8587ca14e_Enabled">
    <vt:lpwstr>true</vt:lpwstr>
  </property>
  <property fmtid="{D5CDD505-2E9C-101B-9397-08002B2CF9AE}" pid="3" name="MSIP_Label_fd05046c-7758-4c69-bef0-f1b8587ca14e_SetDate">
    <vt:lpwstr>2026-06-28T20:02:14Z</vt:lpwstr>
  </property>
  <property fmtid="{D5CDD505-2E9C-101B-9397-08002B2CF9AE}" pid="4" name="MSIP_Label_fd05046c-7758-4c69-bef0-f1b8587ca14e_Method">
    <vt:lpwstr>Standard</vt:lpwstr>
  </property>
  <property fmtid="{D5CDD505-2E9C-101B-9397-08002B2CF9AE}" pid="5" name="MSIP_Label_fd05046c-7758-4c69-bef0-f1b8587ca14e_Name">
    <vt:lpwstr>Intern</vt:lpwstr>
  </property>
  <property fmtid="{D5CDD505-2E9C-101B-9397-08002B2CF9AE}" pid="6" name="MSIP_Label_fd05046c-7758-4c69-bef0-f1b8587ca14e_SiteId">
    <vt:lpwstr>4d6d8a90-10fd-4f78-8fc1-5e28844e0292</vt:lpwstr>
  </property>
  <property fmtid="{D5CDD505-2E9C-101B-9397-08002B2CF9AE}" pid="7" name="MSIP_Label_fd05046c-7758-4c69-bef0-f1b8587ca14e_ActionId">
    <vt:lpwstr>be1fcf3f-ce71-40ff-9b4a-e4bcef25b55a</vt:lpwstr>
  </property>
  <property fmtid="{D5CDD505-2E9C-101B-9397-08002B2CF9AE}" pid="8" name="MSIP_Label_fd05046c-7758-4c69-bef0-f1b8587ca14e_ContentBits">
    <vt:lpwstr>0</vt:lpwstr>
  </property>
  <property fmtid="{D5CDD505-2E9C-101B-9397-08002B2CF9AE}" pid="9" name="MSIP_Label_fd05046c-7758-4c69-bef0-f1b8587ca14e_Tag">
    <vt:lpwstr>10, 3, 0, 1</vt:lpwstr>
  </property>
</Properties>
</file>